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4797F" w14:textId="77777777" w:rsidR="00D81D89" w:rsidRDefault="00000000">
      <w:pPr>
        <w:spacing w:after="200"/>
        <w:jc w:val="center"/>
        <w:rPr>
          <w:rFonts w:hint="eastAsia"/>
        </w:rPr>
      </w:pPr>
      <w:r>
        <w:rPr>
          <w:b/>
          <w:color w:val="1A3052"/>
          <w:sz w:val="42"/>
        </w:rPr>
        <w:t>GRANT PROPOSAL TEMPLATE</w:t>
      </w:r>
    </w:p>
    <w:p w14:paraId="6065C12C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t>1. Project Information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7200"/>
      </w:tblGrid>
      <w:tr w:rsidR="00D81D89" w14:paraId="53BBB9B6" w14:textId="77777777" w:rsidTr="00FC14D6">
        <w:trPr>
          <w:trHeight w:val="835"/>
          <w:jc w:val="center"/>
        </w:trPr>
        <w:tc>
          <w:tcPr>
            <w:tcW w:w="237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62966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Project Title</w:t>
            </w:r>
          </w:p>
        </w:tc>
        <w:tc>
          <w:tcPr>
            <w:tcW w:w="72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184A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Enter the full title of your project.</w:t>
            </w:r>
          </w:p>
        </w:tc>
      </w:tr>
      <w:tr w:rsidR="00D81D89" w14:paraId="16E14E68" w14:textId="77777777" w:rsidTr="00FC14D6">
        <w:trPr>
          <w:trHeight w:val="835"/>
          <w:jc w:val="center"/>
        </w:trPr>
        <w:tc>
          <w:tcPr>
            <w:tcW w:w="237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0654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Organisation</w:t>
            </w:r>
          </w:p>
        </w:tc>
        <w:tc>
          <w:tcPr>
            <w:tcW w:w="72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AB07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Enter the legal name of the applicant organisation.</w:t>
            </w:r>
          </w:p>
        </w:tc>
      </w:tr>
      <w:tr w:rsidR="00D81D89" w14:paraId="5E39816C" w14:textId="77777777" w:rsidTr="00FC14D6">
        <w:trPr>
          <w:trHeight w:val="835"/>
          <w:jc w:val="center"/>
        </w:trPr>
        <w:tc>
          <w:tcPr>
            <w:tcW w:w="237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99896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Funder / Programme</w:t>
            </w:r>
          </w:p>
        </w:tc>
        <w:tc>
          <w:tcPr>
            <w:tcW w:w="72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AFA429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Enter the funder or programme name.</w:t>
            </w:r>
          </w:p>
        </w:tc>
      </w:tr>
      <w:tr w:rsidR="00D81D89" w14:paraId="6F079A6E" w14:textId="77777777" w:rsidTr="00FC14D6">
        <w:trPr>
          <w:trHeight w:val="835"/>
          <w:jc w:val="center"/>
        </w:trPr>
        <w:tc>
          <w:tcPr>
            <w:tcW w:w="237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705D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Project Location</w:t>
            </w:r>
          </w:p>
        </w:tc>
        <w:tc>
          <w:tcPr>
            <w:tcW w:w="72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1801B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Enter where the project will be implemented.</w:t>
            </w:r>
          </w:p>
        </w:tc>
      </w:tr>
      <w:tr w:rsidR="00D81D89" w14:paraId="10E702B1" w14:textId="77777777" w:rsidTr="00FC14D6">
        <w:trPr>
          <w:trHeight w:val="835"/>
          <w:jc w:val="center"/>
        </w:trPr>
        <w:tc>
          <w:tcPr>
            <w:tcW w:w="237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C6806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Project Duration</w:t>
            </w:r>
          </w:p>
        </w:tc>
        <w:tc>
          <w:tcPr>
            <w:tcW w:w="72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EF5D9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Enter the project start and end dates or total duration.</w:t>
            </w:r>
          </w:p>
        </w:tc>
      </w:tr>
      <w:tr w:rsidR="00D81D89" w14:paraId="0A2032EF" w14:textId="77777777" w:rsidTr="00FC14D6">
        <w:trPr>
          <w:trHeight w:val="835"/>
          <w:jc w:val="center"/>
        </w:trPr>
        <w:tc>
          <w:tcPr>
            <w:tcW w:w="237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EEBB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Funding Requested</w:t>
            </w:r>
          </w:p>
        </w:tc>
        <w:tc>
          <w:tcPr>
            <w:tcW w:w="72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8478E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Enter the amount requested and currency.</w:t>
            </w:r>
          </w:p>
        </w:tc>
      </w:tr>
      <w:tr w:rsidR="00D81D89" w14:paraId="72678E56" w14:textId="77777777" w:rsidTr="00FC14D6">
        <w:trPr>
          <w:trHeight w:val="835"/>
          <w:jc w:val="center"/>
        </w:trPr>
        <w:tc>
          <w:tcPr>
            <w:tcW w:w="237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4EA09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Project Fit / Alignment</w:t>
            </w:r>
          </w:p>
        </w:tc>
        <w:tc>
          <w:tcPr>
            <w:tcW w:w="72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73895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8"/>
              </w:rPr>
              <w:t>Explain how the project responds to the funder's priorities.</w:t>
            </w:r>
          </w:p>
        </w:tc>
      </w:tr>
    </w:tbl>
    <w:p w14:paraId="09CC7600" w14:textId="77777777" w:rsidR="00D81D89" w:rsidRDefault="00D81D89">
      <w:pPr>
        <w:spacing w:after="0"/>
        <w:rPr>
          <w:rFonts w:hint="eastAsia"/>
        </w:rPr>
      </w:pPr>
    </w:p>
    <w:p w14:paraId="03D7A21D" w14:textId="77777777" w:rsidR="00D81D89" w:rsidRDefault="00000000">
      <w:pPr>
        <w:rPr>
          <w:rFonts w:hint="eastAsia"/>
        </w:rPr>
      </w:pPr>
      <w:r>
        <w:br w:type="page"/>
      </w:r>
    </w:p>
    <w:p w14:paraId="0272EA49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2. Organisation Profile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4EC5F000" w14:textId="77777777">
        <w:trPr>
          <w:trHeight w:val="2232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92AB6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Describe the organisation, what it does, where it works, who it serves and relevant experience.</w:t>
            </w:r>
          </w:p>
        </w:tc>
      </w:tr>
    </w:tbl>
    <w:p w14:paraId="1A950439" w14:textId="77777777" w:rsidR="00D81D89" w:rsidRDefault="00D81D89">
      <w:pPr>
        <w:spacing w:after="0"/>
        <w:rPr>
          <w:rFonts w:hint="eastAsia"/>
        </w:rPr>
      </w:pPr>
    </w:p>
    <w:p w14:paraId="61CFB87A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Relevant Experience and Results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039FE599" w14:textId="77777777">
        <w:trPr>
          <w:trHeight w:val="1800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E4FBE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Highlight previous work, results or experience relevant to the proposed project.</w:t>
            </w:r>
          </w:p>
        </w:tc>
      </w:tr>
    </w:tbl>
    <w:p w14:paraId="2837BFA1" w14:textId="77777777" w:rsidR="00D81D89" w:rsidRDefault="00D81D89">
      <w:pPr>
        <w:spacing w:after="0"/>
        <w:rPr>
          <w:rFonts w:hint="eastAsia"/>
        </w:rPr>
      </w:pPr>
    </w:p>
    <w:p w14:paraId="7DBF3AEF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Organisational Capacity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6667FC16" w14:textId="77777777">
        <w:trPr>
          <w:trHeight w:val="1655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44CC8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Describe the people, systems and resources available to deliver the project.</w:t>
            </w:r>
          </w:p>
        </w:tc>
      </w:tr>
    </w:tbl>
    <w:p w14:paraId="3E3EC10B" w14:textId="77777777" w:rsidR="00D81D89" w:rsidRDefault="00D81D89">
      <w:pPr>
        <w:spacing w:after="0"/>
        <w:rPr>
          <w:rFonts w:hint="eastAsia"/>
        </w:rPr>
      </w:pPr>
    </w:p>
    <w:p w14:paraId="08808FCD" w14:textId="77777777" w:rsidR="00D81D89" w:rsidRDefault="00000000">
      <w:pPr>
        <w:rPr>
          <w:rFonts w:hint="eastAsia"/>
        </w:rPr>
      </w:pPr>
      <w:r>
        <w:br w:type="page"/>
      </w:r>
    </w:p>
    <w:p w14:paraId="471965EB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3. Problem Statement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09BAF881" w14:textId="77777777">
        <w:trPr>
          <w:trHeight w:val="7056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467B5E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</w:rPr>
              <w:t>Describe the problem, who is affected, the evidence behind it, its key causes and why action is needed.</w:t>
            </w:r>
          </w:p>
        </w:tc>
      </w:tr>
    </w:tbl>
    <w:p w14:paraId="64DC1134" w14:textId="77777777" w:rsidR="00D81D89" w:rsidRDefault="00D81D89">
      <w:pPr>
        <w:spacing w:after="0"/>
        <w:rPr>
          <w:rFonts w:hint="eastAsia"/>
        </w:rPr>
      </w:pPr>
    </w:p>
    <w:p w14:paraId="698CD566" w14:textId="77777777" w:rsidR="00D81D89" w:rsidRDefault="00000000">
      <w:pPr>
        <w:rPr>
          <w:rFonts w:hint="eastAsia"/>
        </w:rPr>
      </w:pPr>
      <w:r>
        <w:br w:type="page"/>
      </w:r>
    </w:p>
    <w:p w14:paraId="5AE39E44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4. Goal and Objectives</w:t>
      </w:r>
    </w:p>
    <w:p w14:paraId="693B8C57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Project Goal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5656FE72" w14:textId="77777777">
        <w:trPr>
          <w:trHeight w:val="1440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83C63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State the broader change the project will contribute to.</w:t>
            </w:r>
          </w:p>
        </w:tc>
      </w:tr>
    </w:tbl>
    <w:p w14:paraId="626C418A" w14:textId="77777777" w:rsidR="00D81D89" w:rsidRDefault="00D81D89">
      <w:pPr>
        <w:spacing w:after="0"/>
        <w:rPr>
          <w:rFonts w:hint="eastAsia"/>
        </w:rPr>
      </w:pPr>
    </w:p>
    <w:p w14:paraId="6E1B3B13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Objective 1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595B6F32" w14:textId="77777777">
        <w:trPr>
          <w:trHeight w:val="1152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B62FF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State the specific change the project aims to achieve.</w:t>
            </w:r>
          </w:p>
        </w:tc>
      </w:tr>
    </w:tbl>
    <w:p w14:paraId="23C5C827" w14:textId="77777777" w:rsidR="00D81D89" w:rsidRDefault="00D81D89">
      <w:pPr>
        <w:spacing w:after="0"/>
        <w:rPr>
          <w:rFonts w:hint="eastAsia"/>
        </w:rPr>
      </w:pPr>
    </w:p>
    <w:p w14:paraId="759C44B9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Objective 2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776B39A5" w14:textId="77777777">
        <w:trPr>
          <w:trHeight w:val="1152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05752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State the specific change the project aims to achieve.</w:t>
            </w:r>
          </w:p>
        </w:tc>
      </w:tr>
    </w:tbl>
    <w:p w14:paraId="678F53CB" w14:textId="77777777" w:rsidR="00D81D89" w:rsidRDefault="00D81D89">
      <w:pPr>
        <w:spacing w:after="0"/>
        <w:rPr>
          <w:rFonts w:hint="eastAsia"/>
        </w:rPr>
      </w:pPr>
    </w:p>
    <w:p w14:paraId="008E7F79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Objective 3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6B0CC918" w14:textId="77777777">
        <w:trPr>
          <w:trHeight w:val="1152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5BCE79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State the specific change the project aims to achieve.</w:t>
            </w:r>
          </w:p>
        </w:tc>
      </w:tr>
    </w:tbl>
    <w:p w14:paraId="648B893D" w14:textId="77777777" w:rsidR="00D81D89" w:rsidRDefault="00D81D89">
      <w:pPr>
        <w:spacing w:after="0"/>
        <w:rPr>
          <w:rFonts w:hint="eastAsia"/>
        </w:rPr>
      </w:pPr>
    </w:p>
    <w:p w14:paraId="581CDC2D" w14:textId="77777777" w:rsidR="00D81D89" w:rsidRDefault="00000000">
      <w:pPr>
        <w:rPr>
          <w:rFonts w:hint="eastAsia"/>
        </w:rPr>
      </w:pPr>
      <w:r>
        <w:br w:type="page"/>
      </w:r>
    </w:p>
    <w:p w14:paraId="66377D37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5. Project Description and Activities</w:t>
      </w:r>
    </w:p>
    <w:p w14:paraId="79CBA322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Project Approach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355F2DAE" w14:textId="77777777">
        <w:trPr>
          <w:trHeight w:val="1655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3E4EB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Describe how the project will address the problem and why the approach is suitable.</w:t>
            </w:r>
          </w:p>
        </w:tc>
      </w:tr>
    </w:tbl>
    <w:p w14:paraId="1F684C92" w14:textId="77777777" w:rsidR="00D81D89" w:rsidRDefault="00D81D89">
      <w:pPr>
        <w:spacing w:after="0"/>
        <w:rPr>
          <w:rFonts w:hint="eastAsia"/>
        </w:rPr>
      </w:pPr>
    </w:p>
    <w:p w14:paraId="7F4E4724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Key Activities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32"/>
        <w:gridCol w:w="4464"/>
        <w:gridCol w:w="2880"/>
      </w:tblGrid>
      <w:tr w:rsidR="00D81D89" w14:paraId="08EFF7C6" w14:textId="77777777">
        <w:trPr>
          <w:tblHeader/>
          <w:jc w:val="center"/>
        </w:trPr>
        <w:tc>
          <w:tcPr>
            <w:tcW w:w="2232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0C229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7"/>
              </w:rPr>
              <w:t>Activity</w:t>
            </w:r>
          </w:p>
        </w:tc>
        <w:tc>
          <w:tcPr>
            <w:tcW w:w="4464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197037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7"/>
              </w:rPr>
              <w:t>Description</w:t>
            </w:r>
          </w:p>
        </w:tc>
        <w:tc>
          <w:tcPr>
            <w:tcW w:w="2880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6DEB7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7"/>
              </w:rPr>
              <w:t>Expected Output</w:t>
            </w:r>
          </w:p>
        </w:tc>
      </w:tr>
      <w:tr w:rsidR="00D81D89" w14:paraId="5DA66170" w14:textId="77777777">
        <w:trPr>
          <w:trHeight w:val="936"/>
          <w:jc w:val="center"/>
        </w:trPr>
        <w:tc>
          <w:tcPr>
            <w:tcW w:w="223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0126F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1</w:t>
            </w:r>
          </w:p>
        </w:tc>
        <w:tc>
          <w:tcPr>
            <w:tcW w:w="44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1C3B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Briefly describe the activity.</w:t>
            </w:r>
          </w:p>
        </w:tc>
        <w:tc>
          <w:tcPr>
            <w:tcW w:w="288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E8E5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State the immediate output.</w:t>
            </w:r>
          </w:p>
        </w:tc>
      </w:tr>
      <w:tr w:rsidR="00D81D89" w14:paraId="4D4370D5" w14:textId="77777777">
        <w:trPr>
          <w:trHeight w:val="936"/>
          <w:jc w:val="center"/>
        </w:trPr>
        <w:tc>
          <w:tcPr>
            <w:tcW w:w="223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4DF6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2</w:t>
            </w:r>
          </w:p>
        </w:tc>
        <w:tc>
          <w:tcPr>
            <w:tcW w:w="44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A4FF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Briefly describe the activity.</w:t>
            </w:r>
          </w:p>
        </w:tc>
        <w:tc>
          <w:tcPr>
            <w:tcW w:w="288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AE51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State the immediate output.</w:t>
            </w:r>
          </w:p>
        </w:tc>
      </w:tr>
      <w:tr w:rsidR="00D81D89" w14:paraId="0561D2A3" w14:textId="77777777">
        <w:trPr>
          <w:trHeight w:val="936"/>
          <w:jc w:val="center"/>
        </w:trPr>
        <w:tc>
          <w:tcPr>
            <w:tcW w:w="223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C6E2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3</w:t>
            </w:r>
          </w:p>
        </w:tc>
        <w:tc>
          <w:tcPr>
            <w:tcW w:w="44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B832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Briefly describe the activity.</w:t>
            </w:r>
          </w:p>
        </w:tc>
        <w:tc>
          <w:tcPr>
            <w:tcW w:w="288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40C1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State the immediate output.</w:t>
            </w:r>
          </w:p>
        </w:tc>
      </w:tr>
      <w:tr w:rsidR="00D81D89" w14:paraId="5E3934A2" w14:textId="77777777">
        <w:trPr>
          <w:trHeight w:val="936"/>
          <w:jc w:val="center"/>
        </w:trPr>
        <w:tc>
          <w:tcPr>
            <w:tcW w:w="223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DA74E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4</w:t>
            </w:r>
          </w:p>
        </w:tc>
        <w:tc>
          <w:tcPr>
            <w:tcW w:w="44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C2C86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Briefly describe the activity.</w:t>
            </w:r>
          </w:p>
        </w:tc>
        <w:tc>
          <w:tcPr>
            <w:tcW w:w="288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E3FF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State the immediate output.</w:t>
            </w:r>
          </w:p>
        </w:tc>
      </w:tr>
      <w:tr w:rsidR="00D81D89" w14:paraId="089B6A8C" w14:textId="77777777">
        <w:trPr>
          <w:trHeight w:val="936"/>
          <w:jc w:val="center"/>
        </w:trPr>
        <w:tc>
          <w:tcPr>
            <w:tcW w:w="223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A50A6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5</w:t>
            </w:r>
          </w:p>
        </w:tc>
        <w:tc>
          <w:tcPr>
            <w:tcW w:w="44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8C4224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Briefly describe the activity.</w:t>
            </w:r>
          </w:p>
        </w:tc>
        <w:tc>
          <w:tcPr>
            <w:tcW w:w="288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D2588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State the immediate output.</w:t>
            </w:r>
          </w:p>
        </w:tc>
      </w:tr>
    </w:tbl>
    <w:p w14:paraId="4D532A1E" w14:textId="77777777" w:rsidR="00D81D89" w:rsidRDefault="00D81D89">
      <w:pPr>
        <w:spacing w:after="0"/>
        <w:rPr>
          <w:rFonts w:hint="eastAsia"/>
        </w:rPr>
      </w:pPr>
    </w:p>
    <w:p w14:paraId="0A838FA7" w14:textId="77777777" w:rsidR="00D81D89" w:rsidRDefault="00000000">
      <w:pPr>
        <w:rPr>
          <w:rFonts w:hint="eastAsia"/>
        </w:rPr>
      </w:pPr>
      <w:r>
        <w:br w:type="page"/>
      </w:r>
    </w:p>
    <w:p w14:paraId="742AA978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6. Target Beneficiaries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594B8B5B" w14:textId="77777777">
        <w:trPr>
          <w:trHeight w:val="3096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3B45C74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Describe who will benefit, where they are located, how many people you expect to reach and any relevant characteristics or barriers.</w:t>
            </w:r>
          </w:p>
        </w:tc>
      </w:tr>
    </w:tbl>
    <w:p w14:paraId="422E0B42" w14:textId="77777777" w:rsidR="00D81D89" w:rsidRDefault="00D81D89">
      <w:pPr>
        <w:spacing w:after="0"/>
        <w:rPr>
          <w:rFonts w:hint="eastAsia"/>
        </w:rPr>
      </w:pPr>
    </w:p>
    <w:p w14:paraId="7B72BDB6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t>7. Expected Results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72"/>
        <w:gridCol w:w="4104"/>
        <w:gridCol w:w="1800"/>
      </w:tblGrid>
      <w:tr w:rsidR="00D81D89" w14:paraId="59B25868" w14:textId="77777777">
        <w:trPr>
          <w:tblHeader/>
          <w:jc w:val="center"/>
        </w:trPr>
        <w:tc>
          <w:tcPr>
            <w:tcW w:w="3672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BE4EE0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Expected Result</w:t>
            </w:r>
          </w:p>
        </w:tc>
        <w:tc>
          <w:tcPr>
            <w:tcW w:w="4104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8D10D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Indicator</w:t>
            </w:r>
          </w:p>
        </w:tc>
        <w:tc>
          <w:tcPr>
            <w:tcW w:w="1800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CAB5E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Target</w:t>
            </w:r>
          </w:p>
        </w:tc>
      </w:tr>
      <w:tr w:rsidR="00D81D89" w14:paraId="3DB00523" w14:textId="77777777">
        <w:trPr>
          <w:trHeight w:val="1007"/>
          <w:jc w:val="center"/>
        </w:trPr>
        <w:tc>
          <w:tcPr>
            <w:tcW w:w="367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F66BD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Result 1</w:t>
            </w:r>
          </w:p>
        </w:tc>
        <w:tc>
          <w:tcPr>
            <w:tcW w:w="410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3093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What will show that this result has been achieved?</w:t>
            </w:r>
          </w:p>
        </w:tc>
        <w:tc>
          <w:tcPr>
            <w:tcW w:w="18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4759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target.</w:t>
            </w:r>
          </w:p>
        </w:tc>
      </w:tr>
      <w:tr w:rsidR="00D81D89" w14:paraId="0DAF6984" w14:textId="77777777">
        <w:trPr>
          <w:trHeight w:val="1007"/>
          <w:jc w:val="center"/>
        </w:trPr>
        <w:tc>
          <w:tcPr>
            <w:tcW w:w="367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1DD0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Result 2</w:t>
            </w:r>
          </w:p>
        </w:tc>
        <w:tc>
          <w:tcPr>
            <w:tcW w:w="410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9B3D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What will show that this result has been achieved?</w:t>
            </w:r>
          </w:p>
        </w:tc>
        <w:tc>
          <w:tcPr>
            <w:tcW w:w="18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5AF9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target.</w:t>
            </w:r>
          </w:p>
        </w:tc>
      </w:tr>
      <w:tr w:rsidR="00D81D89" w14:paraId="45FDAA19" w14:textId="77777777">
        <w:trPr>
          <w:trHeight w:val="1007"/>
          <w:jc w:val="center"/>
        </w:trPr>
        <w:tc>
          <w:tcPr>
            <w:tcW w:w="367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F9F1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Result 3</w:t>
            </w:r>
          </w:p>
        </w:tc>
        <w:tc>
          <w:tcPr>
            <w:tcW w:w="410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6AFF6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What will show that this result has been achieved?</w:t>
            </w:r>
          </w:p>
        </w:tc>
        <w:tc>
          <w:tcPr>
            <w:tcW w:w="18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09473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target.</w:t>
            </w:r>
          </w:p>
        </w:tc>
      </w:tr>
      <w:tr w:rsidR="00D81D89" w14:paraId="4B18C04B" w14:textId="77777777">
        <w:trPr>
          <w:trHeight w:val="1007"/>
          <w:jc w:val="center"/>
        </w:trPr>
        <w:tc>
          <w:tcPr>
            <w:tcW w:w="367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73660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Result 4</w:t>
            </w:r>
          </w:p>
        </w:tc>
        <w:tc>
          <w:tcPr>
            <w:tcW w:w="410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1D4E4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What will show that this result has been achieved?</w:t>
            </w:r>
          </w:p>
        </w:tc>
        <w:tc>
          <w:tcPr>
            <w:tcW w:w="18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5063F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target.</w:t>
            </w:r>
          </w:p>
        </w:tc>
      </w:tr>
    </w:tbl>
    <w:p w14:paraId="0F95DFEE" w14:textId="77777777" w:rsidR="00D81D89" w:rsidRDefault="00D81D89">
      <w:pPr>
        <w:spacing w:after="0"/>
        <w:rPr>
          <w:rFonts w:hint="eastAsia"/>
        </w:rPr>
      </w:pPr>
    </w:p>
    <w:p w14:paraId="03BC6968" w14:textId="77777777" w:rsidR="00D81D89" w:rsidRDefault="00000000">
      <w:pPr>
        <w:rPr>
          <w:rFonts w:hint="eastAsia"/>
        </w:rPr>
      </w:pPr>
      <w:r>
        <w:br w:type="page"/>
      </w:r>
    </w:p>
    <w:p w14:paraId="6E247A3E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8. Implementation Plan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12"/>
        <w:gridCol w:w="3672"/>
        <w:gridCol w:w="2592"/>
      </w:tblGrid>
      <w:tr w:rsidR="00D81D89" w14:paraId="4EC24F67" w14:textId="77777777">
        <w:trPr>
          <w:tblHeader/>
          <w:jc w:val="center"/>
        </w:trPr>
        <w:tc>
          <w:tcPr>
            <w:tcW w:w="3312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87296F6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7"/>
              </w:rPr>
              <w:t>Activity</w:t>
            </w:r>
          </w:p>
        </w:tc>
        <w:tc>
          <w:tcPr>
            <w:tcW w:w="3672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F16075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7"/>
              </w:rPr>
              <w:t>Who's Responsible</w:t>
            </w:r>
          </w:p>
        </w:tc>
        <w:tc>
          <w:tcPr>
            <w:tcW w:w="2592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B24D31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7"/>
              </w:rPr>
              <w:t>Timeline</w:t>
            </w:r>
          </w:p>
        </w:tc>
      </w:tr>
      <w:tr w:rsidR="00D81D89" w14:paraId="76733C18" w14:textId="77777777">
        <w:trPr>
          <w:trHeight w:val="892"/>
          <w:jc w:val="center"/>
        </w:trPr>
        <w:tc>
          <w:tcPr>
            <w:tcW w:w="33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6CF19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1</w:t>
            </w:r>
          </w:p>
        </w:tc>
        <w:tc>
          <w:tcPr>
            <w:tcW w:w="367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E140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Name / role / organisation</w:t>
            </w:r>
          </w:p>
        </w:tc>
        <w:tc>
          <w:tcPr>
            <w:tcW w:w="25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29A38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Start - End</w:t>
            </w:r>
          </w:p>
        </w:tc>
      </w:tr>
      <w:tr w:rsidR="00D81D89" w14:paraId="3E4DBBA1" w14:textId="77777777">
        <w:trPr>
          <w:trHeight w:val="892"/>
          <w:jc w:val="center"/>
        </w:trPr>
        <w:tc>
          <w:tcPr>
            <w:tcW w:w="33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5582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2</w:t>
            </w:r>
          </w:p>
        </w:tc>
        <w:tc>
          <w:tcPr>
            <w:tcW w:w="367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4D978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Name / role / organisation</w:t>
            </w:r>
          </w:p>
        </w:tc>
        <w:tc>
          <w:tcPr>
            <w:tcW w:w="25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794A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Start - End</w:t>
            </w:r>
          </w:p>
        </w:tc>
      </w:tr>
      <w:tr w:rsidR="00D81D89" w14:paraId="2B4233FE" w14:textId="77777777">
        <w:trPr>
          <w:trHeight w:val="892"/>
          <w:jc w:val="center"/>
        </w:trPr>
        <w:tc>
          <w:tcPr>
            <w:tcW w:w="33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3F2D8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3</w:t>
            </w:r>
          </w:p>
        </w:tc>
        <w:tc>
          <w:tcPr>
            <w:tcW w:w="367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81CC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Name / role / organisation</w:t>
            </w:r>
          </w:p>
        </w:tc>
        <w:tc>
          <w:tcPr>
            <w:tcW w:w="25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E44BF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Start - End</w:t>
            </w:r>
          </w:p>
        </w:tc>
      </w:tr>
      <w:tr w:rsidR="00D81D89" w14:paraId="1FAA0688" w14:textId="77777777">
        <w:trPr>
          <w:trHeight w:val="892"/>
          <w:jc w:val="center"/>
        </w:trPr>
        <w:tc>
          <w:tcPr>
            <w:tcW w:w="33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D17024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4</w:t>
            </w:r>
          </w:p>
        </w:tc>
        <w:tc>
          <w:tcPr>
            <w:tcW w:w="367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7D8E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Name / role / organisation</w:t>
            </w:r>
          </w:p>
        </w:tc>
        <w:tc>
          <w:tcPr>
            <w:tcW w:w="25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8651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Start - End</w:t>
            </w:r>
          </w:p>
        </w:tc>
      </w:tr>
      <w:tr w:rsidR="00D81D89" w14:paraId="79BA9FC8" w14:textId="77777777">
        <w:trPr>
          <w:trHeight w:val="892"/>
          <w:jc w:val="center"/>
        </w:trPr>
        <w:tc>
          <w:tcPr>
            <w:tcW w:w="33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9629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5</w:t>
            </w:r>
          </w:p>
        </w:tc>
        <w:tc>
          <w:tcPr>
            <w:tcW w:w="367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D7931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Name / role / organisation</w:t>
            </w:r>
          </w:p>
        </w:tc>
        <w:tc>
          <w:tcPr>
            <w:tcW w:w="25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1E21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Start - End</w:t>
            </w:r>
          </w:p>
        </w:tc>
      </w:tr>
      <w:tr w:rsidR="00D81D89" w14:paraId="4489F633" w14:textId="77777777">
        <w:trPr>
          <w:trHeight w:val="892"/>
          <w:jc w:val="center"/>
        </w:trPr>
        <w:tc>
          <w:tcPr>
            <w:tcW w:w="33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0B44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6</w:t>
            </w:r>
          </w:p>
        </w:tc>
        <w:tc>
          <w:tcPr>
            <w:tcW w:w="367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165C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Name / role / organisation</w:t>
            </w:r>
          </w:p>
        </w:tc>
        <w:tc>
          <w:tcPr>
            <w:tcW w:w="25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B716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Start - End</w:t>
            </w:r>
          </w:p>
        </w:tc>
      </w:tr>
      <w:tr w:rsidR="00D81D89" w14:paraId="25C5A167" w14:textId="77777777">
        <w:trPr>
          <w:trHeight w:val="892"/>
          <w:jc w:val="center"/>
        </w:trPr>
        <w:tc>
          <w:tcPr>
            <w:tcW w:w="33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6D97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Activity 7</w:t>
            </w:r>
          </w:p>
        </w:tc>
        <w:tc>
          <w:tcPr>
            <w:tcW w:w="367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0B8D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Name / role / organisation</w:t>
            </w:r>
          </w:p>
        </w:tc>
        <w:tc>
          <w:tcPr>
            <w:tcW w:w="25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0D704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Start - End</w:t>
            </w:r>
          </w:p>
        </w:tc>
      </w:tr>
    </w:tbl>
    <w:p w14:paraId="29CDA417" w14:textId="77777777" w:rsidR="00D81D89" w:rsidRDefault="00D81D89">
      <w:pPr>
        <w:spacing w:after="0"/>
        <w:rPr>
          <w:rFonts w:hint="eastAsia"/>
        </w:rPr>
      </w:pPr>
    </w:p>
    <w:p w14:paraId="511CDE9F" w14:textId="77777777" w:rsidR="00D81D89" w:rsidRDefault="00000000">
      <w:pPr>
        <w:rPr>
          <w:rFonts w:hint="eastAsia"/>
        </w:rPr>
      </w:pPr>
      <w:r>
        <w:br w:type="page"/>
      </w:r>
    </w:p>
    <w:p w14:paraId="5B95528D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9. Monitoring and Evaluation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56D81851" w14:textId="77777777">
        <w:trPr>
          <w:trHeight w:val="1512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8CCE6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Briefly explain how progress, results and learning will be tracked.</w:t>
            </w:r>
          </w:p>
        </w:tc>
      </w:tr>
    </w:tbl>
    <w:p w14:paraId="3B29CAC5" w14:textId="77777777" w:rsidR="00D81D89" w:rsidRDefault="00D81D89">
      <w:pPr>
        <w:spacing w:after="0"/>
        <w:rPr>
          <w:rFonts w:hint="eastAsia"/>
        </w:rPr>
      </w:pPr>
    </w:p>
    <w:p w14:paraId="4D54BE42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M&amp;E Framework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80"/>
        <w:gridCol w:w="1800"/>
        <w:gridCol w:w="1656"/>
        <w:gridCol w:w="3240"/>
      </w:tblGrid>
      <w:tr w:rsidR="00D81D89" w14:paraId="2EC46837" w14:textId="77777777">
        <w:trPr>
          <w:tblHeader/>
          <w:jc w:val="center"/>
        </w:trPr>
        <w:tc>
          <w:tcPr>
            <w:tcW w:w="2880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13C9E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Result / Indicator</w:t>
            </w:r>
          </w:p>
        </w:tc>
        <w:tc>
          <w:tcPr>
            <w:tcW w:w="1800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34D01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Baseline</w:t>
            </w:r>
          </w:p>
        </w:tc>
        <w:tc>
          <w:tcPr>
            <w:tcW w:w="1656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211A1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Target</w:t>
            </w:r>
          </w:p>
        </w:tc>
        <w:tc>
          <w:tcPr>
            <w:tcW w:w="3240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6F3B71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Means of Verification</w:t>
            </w:r>
          </w:p>
        </w:tc>
      </w:tr>
      <w:tr w:rsidR="00D81D89" w14:paraId="474FBC3C" w14:textId="77777777">
        <w:trPr>
          <w:trHeight w:val="1036"/>
          <w:jc w:val="center"/>
        </w:trPr>
        <w:tc>
          <w:tcPr>
            <w:tcW w:w="288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EE4E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result or indicator.</w:t>
            </w:r>
          </w:p>
        </w:tc>
        <w:tc>
          <w:tcPr>
            <w:tcW w:w="18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0C42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baseline if relevant.</w:t>
            </w:r>
          </w:p>
        </w:tc>
        <w:tc>
          <w:tcPr>
            <w:tcW w:w="165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72735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target.</w:t>
            </w:r>
          </w:p>
        </w:tc>
        <w:tc>
          <w:tcPr>
            <w:tcW w:w="32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EF87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State the data source.</w:t>
            </w:r>
          </w:p>
        </w:tc>
      </w:tr>
      <w:tr w:rsidR="00D81D89" w14:paraId="76BE9E8A" w14:textId="77777777">
        <w:trPr>
          <w:trHeight w:val="1036"/>
          <w:jc w:val="center"/>
        </w:trPr>
        <w:tc>
          <w:tcPr>
            <w:tcW w:w="288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5280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result or indicator.</w:t>
            </w:r>
          </w:p>
        </w:tc>
        <w:tc>
          <w:tcPr>
            <w:tcW w:w="18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E8E4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baseline if relevant.</w:t>
            </w:r>
          </w:p>
        </w:tc>
        <w:tc>
          <w:tcPr>
            <w:tcW w:w="165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4466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target.</w:t>
            </w:r>
          </w:p>
        </w:tc>
        <w:tc>
          <w:tcPr>
            <w:tcW w:w="32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BDC1B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State the data source.</w:t>
            </w:r>
          </w:p>
        </w:tc>
      </w:tr>
      <w:tr w:rsidR="00D81D89" w14:paraId="7F2EF384" w14:textId="77777777">
        <w:trPr>
          <w:trHeight w:val="1036"/>
          <w:jc w:val="center"/>
        </w:trPr>
        <w:tc>
          <w:tcPr>
            <w:tcW w:w="288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51264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result or indicator.</w:t>
            </w:r>
          </w:p>
        </w:tc>
        <w:tc>
          <w:tcPr>
            <w:tcW w:w="18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F3C5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baseline if relevant.</w:t>
            </w:r>
          </w:p>
        </w:tc>
        <w:tc>
          <w:tcPr>
            <w:tcW w:w="165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2B211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target.</w:t>
            </w:r>
          </w:p>
        </w:tc>
        <w:tc>
          <w:tcPr>
            <w:tcW w:w="32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215E6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State the data source.</w:t>
            </w:r>
          </w:p>
        </w:tc>
      </w:tr>
      <w:tr w:rsidR="00D81D89" w14:paraId="3CC4C44F" w14:textId="77777777">
        <w:trPr>
          <w:trHeight w:val="1036"/>
          <w:jc w:val="center"/>
        </w:trPr>
        <w:tc>
          <w:tcPr>
            <w:tcW w:w="288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40FC6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result or indicator.</w:t>
            </w:r>
          </w:p>
        </w:tc>
        <w:tc>
          <w:tcPr>
            <w:tcW w:w="18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20A39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baseline if relevant.</w:t>
            </w:r>
          </w:p>
        </w:tc>
        <w:tc>
          <w:tcPr>
            <w:tcW w:w="165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31727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target.</w:t>
            </w:r>
          </w:p>
        </w:tc>
        <w:tc>
          <w:tcPr>
            <w:tcW w:w="32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1DE9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State the data source.</w:t>
            </w:r>
          </w:p>
        </w:tc>
      </w:tr>
      <w:tr w:rsidR="00D81D89" w14:paraId="1A51B24E" w14:textId="77777777">
        <w:trPr>
          <w:trHeight w:val="1036"/>
          <w:jc w:val="center"/>
        </w:trPr>
        <w:tc>
          <w:tcPr>
            <w:tcW w:w="288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BDDC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result or indicator.</w:t>
            </w:r>
          </w:p>
        </w:tc>
        <w:tc>
          <w:tcPr>
            <w:tcW w:w="180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89F7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baseline if relevant.</w:t>
            </w:r>
          </w:p>
        </w:tc>
        <w:tc>
          <w:tcPr>
            <w:tcW w:w="165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9A51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target.</w:t>
            </w:r>
          </w:p>
        </w:tc>
        <w:tc>
          <w:tcPr>
            <w:tcW w:w="32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E500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State the data source.</w:t>
            </w:r>
          </w:p>
        </w:tc>
      </w:tr>
    </w:tbl>
    <w:p w14:paraId="4B321AEC" w14:textId="77777777" w:rsidR="00D81D89" w:rsidRDefault="00D81D89">
      <w:pPr>
        <w:spacing w:after="0"/>
        <w:rPr>
          <w:rFonts w:hint="eastAsia"/>
        </w:rPr>
      </w:pPr>
    </w:p>
    <w:p w14:paraId="5C3FBF9A" w14:textId="77777777" w:rsidR="00D81D89" w:rsidRDefault="00000000">
      <w:pPr>
        <w:rPr>
          <w:rFonts w:hint="eastAsia"/>
        </w:rPr>
      </w:pPr>
      <w:r>
        <w:br w:type="page"/>
      </w:r>
    </w:p>
    <w:p w14:paraId="14A6580E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10. Sustainability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51B37F15" w14:textId="77777777">
        <w:trPr>
          <w:trHeight w:val="5184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8CD42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</w:rPr>
              <w:t>Explain how the project benefits, activities, services or systems can continue after the funding period.</w:t>
            </w:r>
          </w:p>
        </w:tc>
      </w:tr>
    </w:tbl>
    <w:p w14:paraId="6E1F3B31" w14:textId="77777777" w:rsidR="00D81D89" w:rsidRDefault="00D81D89">
      <w:pPr>
        <w:spacing w:after="0"/>
        <w:rPr>
          <w:rFonts w:hint="eastAsia"/>
        </w:rPr>
      </w:pPr>
    </w:p>
    <w:p w14:paraId="3F2EBC97" w14:textId="77777777" w:rsidR="00D81D89" w:rsidRDefault="00000000">
      <w:pPr>
        <w:rPr>
          <w:rFonts w:hint="eastAsia"/>
        </w:rPr>
      </w:pPr>
      <w:r>
        <w:br w:type="page"/>
      </w:r>
    </w:p>
    <w:p w14:paraId="7F05B502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11. Risks and Mitigation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56"/>
        <w:gridCol w:w="2232"/>
        <w:gridCol w:w="3888"/>
      </w:tblGrid>
      <w:tr w:rsidR="00D81D89" w14:paraId="46836CB7" w14:textId="77777777">
        <w:trPr>
          <w:tblHeader/>
          <w:jc w:val="center"/>
        </w:trPr>
        <w:tc>
          <w:tcPr>
            <w:tcW w:w="3456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FE0AD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Risk</w:t>
            </w:r>
          </w:p>
        </w:tc>
        <w:tc>
          <w:tcPr>
            <w:tcW w:w="2232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4F35A9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Likelihood / Impact</w:t>
            </w:r>
          </w:p>
        </w:tc>
        <w:tc>
          <w:tcPr>
            <w:tcW w:w="3888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6E6FCF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Mitigation</w:t>
            </w:r>
          </w:p>
        </w:tc>
      </w:tr>
      <w:tr w:rsidR="00D81D89" w14:paraId="52BA928A" w14:textId="77777777">
        <w:trPr>
          <w:trHeight w:val="1123"/>
          <w:jc w:val="center"/>
        </w:trPr>
        <w:tc>
          <w:tcPr>
            <w:tcW w:w="345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E9248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Describe a key project risk.</w:t>
            </w:r>
          </w:p>
        </w:tc>
        <w:tc>
          <w:tcPr>
            <w:tcW w:w="223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E99E9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Low / Medium / High</w:t>
            </w:r>
          </w:p>
        </w:tc>
        <w:tc>
          <w:tcPr>
            <w:tcW w:w="38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383F8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Describe how it will be reduced or managed.</w:t>
            </w:r>
          </w:p>
        </w:tc>
      </w:tr>
      <w:tr w:rsidR="00D81D89" w14:paraId="1604BB7F" w14:textId="77777777">
        <w:trPr>
          <w:trHeight w:val="1123"/>
          <w:jc w:val="center"/>
        </w:trPr>
        <w:tc>
          <w:tcPr>
            <w:tcW w:w="345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94A2F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Describe a key project risk.</w:t>
            </w:r>
          </w:p>
        </w:tc>
        <w:tc>
          <w:tcPr>
            <w:tcW w:w="223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D51C6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Low / Medium / High</w:t>
            </w:r>
          </w:p>
        </w:tc>
        <w:tc>
          <w:tcPr>
            <w:tcW w:w="38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6E38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Describe how it will be reduced or managed.</w:t>
            </w:r>
          </w:p>
        </w:tc>
      </w:tr>
      <w:tr w:rsidR="00D81D89" w14:paraId="0D925361" w14:textId="77777777">
        <w:trPr>
          <w:trHeight w:val="1123"/>
          <w:jc w:val="center"/>
        </w:trPr>
        <w:tc>
          <w:tcPr>
            <w:tcW w:w="345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99A2B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Describe a key project risk.</w:t>
            </w:r>
          </w:p>
        </w:tc>
        <w:tc>
          <w:tcPr>
            <w:tcW w:w="223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54848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Low / Medium / High</w:t>
            </w:r>
          </w:p>
        </w:tc>
        <w:tc>
          <w:tcPr>
            <w:tcW w:w="38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2FCA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Describe how it will be reduced or managed.</w:t>
            </w:r>
          </w:p>
        </w:tc>
      </w:tr>
      <w:tr w:rsidR="00D81D89" w14:paraId="6243B25B" w14:textId="77777777">
        <w:trPr>
          <w:trHeight w:val="1123"/>
          <w:jc w:val="center"/>
        </w:trPr>
        <w:tc>
          <w:tcPr>
            <w:tcW w:w="345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956E2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Describe a key project risk.</w:t>
            </w:r>
          </w:p>
        </w:tc>
        <w:tc>
          <w:tcPr>
            <w:tcW w:w="223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EC32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Low / Medium / High</w:t>
            </w:r>
          </w:p>
        </w:tc>
        <w:tc>
          <w:tcPr>
            <w:tcW w:w="38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2715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Describe how it will be reduced or managed.</w:t>
            </w:r>
          </w:p>
        </w:tc>
      </w:tr>
      <w:tr w:rsidR="00D81D89" w14:paraId="444608EF" w14:textId="77777777">
        <w:trPr>
          <w:trHeight w:val="1123"/>
          <w:jc w:val="center"/>
        </w:trPr>
        <w:tc>
          <w:tcPr>
            <w:tcW w:w="3456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1E487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Describe a key project risk.</w:t>
            </w:r>
          </w:p>
        </w:tc>
        <w:tc>
          <w:tcPr>
            <w:tcW w:w="223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EDD4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Low / Medium / High</w:t>
            </w:r>
          </w:p>
        </w:tc>
        <w:tc>
          <w:tcPr>
            <w:tcW w:w="38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C347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Describe how it will be reduced or managed.</w:t>
            </w:r>
          </w:p>
        </w:tc>
      </w:tr>
    </w:tbl>
    <w:p w14:paraId="4DD17FC8" w14:textId="77777777" w:rsidR="00D81D89" w:rsidRDefault="00D81D89">
      <w:pPr>
        <w:spacing w:after="0"/>
        <w:rPr>
          <w:rFonts w:hint="eastAsia"/>
        </w:rPr>
      </w:pPr>
    </w:p>
    <w:p w14:paraId="791FF604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Safeguarding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30D8F5E6" w14:textId="77777777">
        <w:trPr>
          <w:trHeight w:val="1728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2DF9E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Describe relevant safeguarding measures and how participants or project resources will be protected.</w:t>
            </w:r>
          </w:p>
        </w:tc>
      </w:tr>
    </w:tbl>
    <w:p w14:paraId="0E5E5060" w14:textId="77777777" w:rsidR="00D81D89" w:rsidRDefault="00D81D89">
      <w:pPr>
        <w:spacing w:after="0"/>
        <w:rPr>
          <w:rFonts w:hint="eastAsia"/>
        </w:rPr>
      </w:pPr>
    </w:p>
    <w:p w14:paraId="533E21DB" w14:textId="77777777" w:rsidR="00D81D89" w:rsidRDefault="00000000">
      <w:pPr>
        <w:rPr>
          <w:rFonts w:hint="eastAsia"/>
        </w:rPr>
      </w:pPr>
      <w:r>
        <w:br w:type="page"/>
      </w:r>
    </w:p>
    <w:p w14:paraId="11A5A421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12. Partnerships and Community Participation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12A57F32" w14:textId="77777777">
        <w:trPr>
          <w:trHeight w:val="3600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A964A1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</w:rPr>
              <w:t>Describe important partners, their roles and how community members will participate in project design, implementation or feedback.</w:t>
            </w:r>
          </w:p>
        </w:tc>
      </w:tr>
    </w:tbl>
    <w:p w14:paraId="720D5A08" w14:textId="77777777" w:rsidR="00D81D89" w:rsidRDefault="00D81D89">
      <w:pPr>
        <w:spacing w:after="0"/>
        <w:rPr>
          <w:rFonts w:hint="eastAsia"/>
        </w:rPr>
      </w:pPr>
    </w:p>
    <w:p w14:paraId="0543DFF1" w14:textId="77777777" w:rsidR="00D81D89" w:rsidRDefault="00000000">
      <w:pPr>
        <w:rPr>
          <w:rFonts w:hint="eastAsia"/>
        </w:rPr>
      </w:pPr>
      <w:r>
        <w:br w:type="page"/>
      </w:r>
    </w:p>
    <w:p w14:paraId="17F2DDEB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13. Budget and Budget Narrative</w:t>
      </w:r>
    </w:p>
    <w:p w14:paraId="5B385124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Budget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088"/>
        <w:gridCol w:w="3744"/>
        <w:gridCol w:w="792"/>
        <w:gridCol w:w="1440"/>
        <w:gridCol w:w="1512"/>
      </w:tblGrid>
      <w:tr w:rsidR="00D81D89" w14:paraId="16E4A493" w14:textId="77777777">
        <w:trPr>
          <w:tblHeader/>
          <w:jc w:val="center"/>
        </w:trPr>
        <w:tc>
          <w:tcPr>
            <w:tcW w:w="2088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8DCAF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Budget Item</w:t>
            </w:r>
          </w:p>
        </w:tc>
        <w:tc>
          <w:tcPr>
            <w:tcW w:w="3744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AF328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Description</w:t>
            </w:r>
          </w:p>
        </w:tc>
        <w:tc>
          <w:tcPr>
            <w:tcW w:w="792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31461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Qty</w:t>
            </w:r>
          </w:p>
        </w:tc>
        <w:tc>
          <w:tcPr>
            <w:tcW w:w="1440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5BE32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Unit Cost</w:t>
            </w:r>
          </w:p>
        </w:tc>
        <w:tc>
          <w:tcPr>
            <w:tcW w:w="1512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258179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6"/>
              </w:rPr>
              <w:t>Total</w:t>
            </w:r>
          </w:p>
        </w:tc>
      </w:tr>
      <w:tr w:rsidR="00D81D89" w14:paraId="2699C38D" w14:textId="77777777">
        <w:trPr>
          <w:trHeight w:val="763"/>
          <w:jc w:val="center"/>
        </w:trPr>
        <w:tc>
          <w:tcPr>
            <w:tcW w:w="20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A55E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Item 1</w:t>
            </w:r>
          </w:p>
        </w:tc>
        <w:tc>
          <w:tcPr>
            <w:tcW w:w="374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F1EC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description.</w:t>
            </w:r>
          </w:p>
        </w:tc>
        <w:tc>
          <w:tcPr>
            <w:tcW w:w="7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BB65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1</w:t>
            </w:r>
          </w:p>
        </w:tc>
        <w:tc>
          <w:tcPr>
            <w:tcW w:w="14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00F5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9324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</w:tr>
      <w:tr w:rsidR="00D81D89" w14:paraId="48DA811A" w14:textId="77777777">
        <w:trPr>
          <w:trHeight w:val="763"/>
          <w:jc w:val="center"/>
        </w:trPr>
        <w:tc>
          <w:tcPr>
            <w:tcW w:w="20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FCD3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Item 2</w:t>
            </w:r>
          </w:p>
        </w:tc>
        <w:tc>
          <w:tcPr>
            <w:tcW w:w="374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FA9E4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description.</w:t>
            </w:r>
          </w:p>
        </w:tc>
        <w:tc>
          <w:tcPr>
            <w:tcW w:w="7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5689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1</w:t>
            </w:r>
          </w:p>
        </w:tc>
        <w:tc>
          <w:tcPr>
            <w:tcW w:w="14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B589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12F8A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</w:tr>
      <w:tr w:rsidR="00D81D89" w14:paraId="012F010D" w14:textId="77777777">
        <w:trPr>
          <w:trHeight w:val="763"/>
          <w:jc w:val="center"/>
        </w:trPr>
        <w:tc>
          <w:tcPr>
            <w:tcW w:w="20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97B02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Item 3</w:t>
            </w:r>
          </w:p>
        </w:tc>
        <w:tc>
          <w:tcPr>
            <w:tcW w:w="374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D2BE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description.</w:t>
            </w:r>
          </w:p>
        </w:tc>
        <w:tc>
          <w:tcPr>
            <w:tcW w:w="7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9AC438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1</w:t>
            </w:r>
          </w:p>
        </w:tc>
        <w:tc>
          <w:tcPr>
            <w:tcW w:w="14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6624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4723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</w:tr>
      <w:tr w:rsidR="00D81D89" w14:paraId="5DCF958C" w14:textId="77777777">
        <w:trPr>
          <w:trHeight w:val="763"/>
          <w:jc w:val="center"/>
        </w:trPr>
        <w:tc>
          <w:tcPr>
            <w:tcW w:w="20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80B5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Item 4</w:t>
            </w:r>
          </w:p>
        </w:tc>
        <w:tc>
          <w:tcPr>
            <w:tcW w:w="374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8DF1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description.</w:t>
            </w:r>
          </w:p>
        </w:tc>
        <w:tc>
          <w:tcPr>
            <w:tcW w:w="7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3D87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1</w:t>
            </w:r>
          </w:p>
        </w:tc>
        <w:tc>
          <w:tcPr>
            <w:tcW w:w="14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556EF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8E794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</w:tr>
      <w:tr w:rsidR="00D81D89" w14:paraId="5C8EE4F3" w14:textId="77777777">
        <w:trPr>
          <w:trHeight w:val="763"/>
          <w:jc w:val="center"/>
        </w:trPr>
        <w:tc>
          <w:tcPr>
            <w:tcW w:w="20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A90654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Item 5</w:t>
            </w:r>
          </w:p>
        </w:tc>
        <w:tc>
          <w:tcPr>
            <w:tcW w:w="374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64C8F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description.</w:t>
            </w:r>
          </w:p>
        </w:tc>
        <w:tc>
          <w:tcPr>
            <w:tcW w:w="7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F712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1</w:t>
            </w:r>
          </w:p>
        </w:tc>
        <w:tc>
          <w:tcPr>
            <w:tcW w:w="14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46D1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7AAEC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</w:tr>
      <w:tr w:rsidR="00D81D89" w14:paraId="24FFD3CE" w14:textId="77777777">
        <w:trPr>
          <w:trHeight w:val="763"/>
          <w:jc w:val="center"/>
        </w:trPr>
        <w:tc>
          <w:tcPr>
            <w:tcW w:w="20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2190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Item 6</w:t>
            </w:r>
          </w:p>
        </w:tc>
        <w:tc>
          <w:tcPr>
            <w:tcW w:w="374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6870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description.</w:t>
            </w:r>
          </w:p>
        </w:tc>
        <w:tc>
          <w:tcPr>
            <w:tcW w:w="7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6994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1</w:t>
            </w:r>
          </w:p>
        </w:tc>
        <w:tc>
          <w:tcPr>
            <w:tcW w:w="14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2A65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4FD8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</w:tr>
      <w:tr w:rsidR="00D81D89" w14:paraId="19D66C4B" w14:textId="77777777">
        <w:trPr>
          <w:trHeight w:val="763"/>
          <w:jc w:val="center"/>
        </w:trPr>
        <w:tc>
          <w:tcPr>
            <w:tcW w:w="20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D478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Item 7</w:t>
            </w:r>
          </w:p>
        </w:tc>
        <w:tc>
          <w:tcPr>
            <w:tcW w:w="374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EAB29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description.</w:t>
            </w:r>
          </w:p>
        </w:tc>
        <w:tc>
          <w:tcPr>
            <w:tcW w:w="7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933E9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1</w:t>
            </w:r>
          </w:p>
        </w:tc>
        <w:tc>
          <w:tcPr>
            <w:tcW w:w="14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960B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F211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</w:tr>
      <w:tr w:rsidR="00D81D89" w14:paraId="3601E632" w14:textId="77777777">
        <w:trPr>
          <w:trHeight w:val="763"/>
          <w:jc w:val="center"/>
        </w:trPr>
        <w:tc>
          <w:tcPr>
            <w:tcW w:w="2088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53E6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Item 8</w:t>
            </w:r>
          </w:p>
        </w:tc>
        <w:tc>
          <w:tcPr>
            <w:tcW w:w="374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37E85C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Enter description.</w:t>
            </w:r>
          </w:p>
        </w:tc>
        <w:tc>
          <w:tcPr>
            <w:tcW w:w="79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D9DD5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1</w:t>
            </w:r>
          </w:p>
        </w:tc>
        <w:tc>
          <w:tcPr>
            <w:tcW w:w="1440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0C931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72CBD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6"/>
              </w:rPr>
              <w:t>0</w:t>
            </w:r>
          </w:p>
        </w:tc>
      </w:tr>
    </w:tbl>
    <w:p w14:paraId="01E8DAC5" w14:textId="77777777" w:rsidR="00D81D89" w:rsidRDefault="00D81D89">
      <w:pPr>
        <w:spacing w:after="0"/>
        <w:rPr>
          <w:rFonts w:hint="eastAsia"/>
        </w:rPr>
      </w:pPr>
    </w:p>
    <w:p w14:paraId="5D1D596F" w14:textId="77777777" w:rsidR="00D81D89" w:rsidRDefault="00000000">
      <w:pPr>
        <w:spacing w:before="80"/>
        <w:rPr>
          <w:rFonts w:hint="eastAsia"/>
        </w:rPr>
      </w:pPr>
      <w:r>
        <w:rPr>
          <w:b/>
          <w:color w:val="1A3052"/>
          <w:sz w:val="21"/>
        </w:rPr>
        <w:t>Budget Narrative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03869A36" w14:textId="77777777">
        <w:trPr>
          <w:trHeight w:val="2232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FCD51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t>Explain the major costs and why they are necessary for the project.</w:t>
            </w:r>
          </w:p>
        </w:tc>
      </w:tr>
    </w:tbl>
    <w:p w14:paraId="5DD6C376" w14:textId="77777777" w:rsidR="00D81D89" w:rsidRDefault="00D81D89">
      <w:pPr>
        <w:spacing w:after="0"/>
        <w:rPr>
          <w:rFonts w:hint="eastAsia"/>
        </w:rPr>
      </w:pPr>
    </w:p>
    <w:p w14:paraId="13156867" w14:textId="77777777" w:rsidR="00D81D89" w:rsidRDefault="00000000">
      <w:pPr>
        <w:rPr>
          <w:rFonts w:hint="eastAsia"/>
        </w:rPr>
      </w:pPr>
      <w:r>
        <w:br w:type="page"/>
      </w:r>
    </w:p>
    <w:p w14:paraId="3752E56D" w14:textId="77777777" w:rsidR="00D81D89" w:rsidRDefault="00000000">
      <w:pPr>
        <w:spacing w:before="160" w:after="160"/>
        <w:rPr>
          <w:rFonts w:hint="eastAsia"/>
        </w:rPr>
      </w:pPr>
      <w:r>
        <w:rPr>
          <w:b/>
          <w:color w:val="1A3052"/>
          <w:sz w:val="30"/>
        </w:rPr>
        <w:lastRenderedPageBreak/>
        <w:t>14. Supporting Documents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264"/>
        <w:gridCol w:w="1512"/>
        <w:gridCol w:w="1584"/>
      </w:tblGrid>
      <w:tr w:rsidR="00D81D89" w14:paraId="0ACAE3BA" w14:textId="77777777">
        <w:trPr>
          <w:tblHeader/>
          <w:jc w:val="center"/>
        </w:trPr>
        <w:tc>
          <w:tcPr>
            <w:tcW w:w="6264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384E4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7"/>
              </w:rPr>
              <w:t>Document</w:t>
            </w:r>
          </w:p>
        </w:tc>
        <w:tc>
          <w:tcPr>
            <w:tcW w:w="1512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20D9A8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7"/>
              </w:rPr>
              <w:t>Required?</w:t>
            </w:r>
          </w:p>
        </w:tc>
        <w:tc>
          <w:tcPr>
            <w:tcW w:w="1584" w:type="dxa"/>
            <w:tcBorders>
              <w:top w:val="single" w:sz="7" w:space="0" w:color="C7D1DE"/>
              <w:left w:val="single" w:sz="7" w:space="0" w:color="C7D1DE"/>
              <w:bottom w:val="single" w:sz="7" w:space="0" w:color="C7D1DE"/>
              <w:right w:val="single" w:sz="7" w:space="0" w:color="C7D1DE"/>
            </w:tcBorders>
            <w:shd w:val="clear" w:color="auto" w:fill="EAF1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4ADB47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b/>
                <w:color w:val="1A3052"/>
                <w:sz w:val="17"/>
              </w:rPr>
              <w:t>Ready?</w:t>
            </w:r>
          </w:p>
        </w:tc>
      </w:tr>
      <w:tr w:rsidR="00D81D89" w14:paraId="1463757D" w14:textId="77777777">
        <w:trPr>
          <w:trHeight w:val="892"/>
          <w:jc w:val="center"/>
        </w:trPr>
        <w:tc>
          <w:tcPr>
            <w:tcW w:w="62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8EFB2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Registration / legal documents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4539C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  <w:tc>
          <w:tcPr>
            <w:tcW w:w="158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C5FC0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</w:tr>
      <w:tr w:rsidR="00D81D89" w14:paraId="169648B2" w14:textId="77777777">
        <w:trPr>
          <w:trHeight w:val="892"/>
          <w:jc w:val="center"/>
        </w:trPr>
        <w:tc>
          <w:tcPr>
            <w:tcW w:w="62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9EEC11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Organisation profile / capability document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30FBB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  <w:tc>
          <w:tcPr>
            <w:tcW w:w="158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F64A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</w:tr>
      <w:tr w:rsidR="00D81D89" w14:paraId="096174F4" w14:textId="77777777">
        <w:trPr>
          <w:trHeight w:val="892"/>
          <w:jc w:val="center"/>
        </w:trPr>
        <w:tc>
          <w:tcPr>
            <w:tcW w:w="62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F943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Financial statements / accounts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569E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  <w:tc>
          <w:tcPr>
            <w:tcW w:w="158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0D9D8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</w:tr>
      <w:tr w:rsidR="00D81D89" w14:paraId="4EF814D9" w14:textId="77777777">
        <w:trPr>
          <w:trHeight w:val="892"/>
          <w:jc w:val="center"/>
        </w:trPr>
        <w:tc>
          <w:tcPr>
            <w:tcW w:w="62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0627E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Key staff CVs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F8246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  <w:tc>
          <w:tcPr>
            <w:tcW w:w="158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156CB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</w:tr>
      <w:tr w:rsidR="00D81D89" w14:paraId="64F8938A" w14:textId="77777777">
        <w:trPr>
          <w:trHeight w:val="892"/>
          <w:jc w:val="center"/>
        </w:trPr>
        <w:tc>
          <w:tcPr>
            <w:tcW w:w="62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4B269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Project budget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7D16FF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  <w:tc>
          <w:tcPr>
            <w:tcW w:w="158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E81EF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</w:tr>
      <w:tr w:rsidR="00D81D89" w14:paraId="7F3913D8" w14:textId="77777777">
        <w:trPr>
          <w:trHeight w:val="892"/>
          <w:jc w:val="center"/>
        </w:trPr>
        <w:tc>
          <w:tcPr>
            <w:tcW w:w="62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0FCC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Logical framework / results framework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D805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  <w:tc>
          <w:tcPr>
            <w:tcW w:w="158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A11F4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</w:tr>
      <w:tr w:rsidR="00D81D89" w14:paraId="1B67C00E" w14:textId="77777777">
        <w:trPr>
          <w:trHeight w:val="892"/>
          <w:jc w:val="center"/>
        </w:trPr>
        <w:tc>
          <w:tcPr>
            <w:tcW w:w="62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B42C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Relevant policies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FC8E33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  <w:tc>
          <w:tcPr>
            <w:tcW w:w="158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81B30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</w:tr>
      <w:tr w:rsidR="00D81D89" w14:paraId="4D6C8063" w14:textId="77777777">
        <w:trPr>
          <w:trHeight w:val="892"/>
          <w:jc w:val="center"/>
        </w:trPr>
        <w:tc>
          <w:tcPr>
            <w:tcW w:w="62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F94B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Partner documentation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993E4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  <w:tc>
          <w:tcPr>
            <w:tcW w:w="158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EB5018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</w:tr>
      <w:tr w:rsidR="00D81D89" w14:paraId="38D62FC0" w14:textId="77777777">
        <w:trPr>
          <w:trHeight w:val="892"/>
          <w:jc w:val="center"/>
        </w:trPr>
        <w:tc>
          <w:tcPr>
            <w:tcW w:w="626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862BC2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Other funder-specific document</w:t>
            </w:r>
          </w:p>
        </w:tc>
        <w:tc>
          <w:tcPr>
            <w:tcW w:w="1512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98A7D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  <w:tc>
          <w:tcPr>
            <w:tcW w:w="1584" w:type="dxa"/>
            <w:tcBorders>
              <w:top w:val="single" w:sz="5" w:space="0" w:color="DDE2E8"/>
              <w:left w:val="single" w:sz="5" w:space="0" w:color="DDE2E8"/>
              <w:bottom w:val="single" w:sz="5" w:space="0" w:color="DDE2E8"/>
              <w:right w:val="single" w:sz="5" w:space="0" w:color="DDE2E8"/>
            </w:tcBorders>
            <w:shd w:val="clear" w:color="auto" w:fill="FAFB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2D585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7"/>
              </w:rPr>
              <w:t>Yes / No</w:t>
            </w:r>
          </w:p>
        </w:tc>
      </w:tr>
    </w:tbl>
    <w:p w14:paraId="0BF2A9D3" w14:textId="77777777" w:rsidR="00D81D89" w:rsidRDefault="00D81D89">
      <w:pPr>
        <w:spacing w:after="0"/>
        <w:rPr>
          <w:rFonts w:hint="eastAsia"/>
        </w:rPr>
      </w:pPr>
    </w:p>
    <w:p w14:paraId="7769CBA8" w14:textId="77777777" w:rsidR="00D81D89" w:rsidRDefault="00000000">
      <w:pPr>
        <w:spacing w:before="400"/>
        <w:rPr>
          <w:rFonts w:hint="eastAsia"/>
        </w:rPr>
      </w:pPr>
      <w:r>
        <w:rPr>
          <w:b/>
          <w:color w:val="1A3052"/>
          <w:sz w:val="22"/>
        </w:rPr>
        <w:t>Additional Notes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4"/>
      </w:tblGrid>
      <w:tr w:rsidR="00D81D89" w14:paraId="720508D3" w14:textId="77777777">
        <w:trPr>
          <w:trHeight w:val="2880"/>
          <w:jc w:val="center"/>
        </w:trPr>
        <w:tc>
          <w:tcPr>
            <w:tcW w:w="10224" w:type="dxa"/>
            <w:tcBorders>
              <w:top w:val="single" w:sz="7" w:space="0" w:color="D5D9E0"/>
              <w:left w:val="single" w:sz="7" w:space="0" w:color="D5D9E0"/>
              <w:bottom w:val="single" w:sz="7" w:space="0" w:color="D5D9E0"/>
              <w:right w:val="single" w:sz="7" w:space="0" w:color="D5D9E0"/>
            </w:tcBorders>
            <w:shd w:val="clear" w:color="auto" w:fill="F7F8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0B6DB3A" w14:textId="77777777" w:rsidR="00D81D89" w:rsidRDefault="00000000">
            <w:pPr>
              <w:spacing w:after="0"/>
              <w:rPr>
                <w:rFonts w:hint="eastAsia"/>
              </w:rPr>
            </w:pPr>
            <w:r>
              <w:rPr>
                <w:i/>
                <w:color w:val="5F6670"/>
                <w:sz w:val="19"/>
              </w:rPr>
              <w:lastRenderedPageBreak/>
              <w:t>Add any additional information required for this proposal.</w:t>
            </w:r>
          </w:p>
        </w:tc>
      </w:tr>
    </w:tbl>
    <w:p w14:paraId="46306ECD" w14:textId="77777777" w:rsidR="00D81D89" w:rsidRDefault="00D81D89">
      <w:pPr>
        <w:spacing w:after="0"/>
        <w:rPr>
          <w:rFonts w:hint="eastAsia"/>
        </w:rPr>
      </w:pPr>
    </w:p>
    <w:sectPr w:rsidR="00D81D89" w:rsidSect="00034616">
      <w:footerReference w:type="default" r:id="rId8"/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5876E" w14:textId="77777777" w:rsidR="00D65CD8" w:rsidRDefault="00D65CD8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886E340" w14:textId="77777777" w:rsidR="00D65CD8" w:rsidRDefault="00D65CD8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D30E0" w14:textId="77777777" w:rsidR="00D81D89" w:rsidRDefault="00000000">
    <w:pPr>
      <w:pStyle w:val="Footer"/>
      <w:jc w:val="center"/>
      <w:rPr>
        <w:rFonts w:hint="eastAsia"/>
      </w:rPr>
    </w:pPr>
    <w:r>
      <w:rPr>
        <w:color w:val="82878F"/>
        <w:sz w:val="16"/>
      </w:rPr>
      <w:t xml:space="preserve">Page </w:t>
    </w:r>
    <w:r>
      <w:fldChar w:fldCharType="begin"/>
    </w:r>
    <w:r>
      <w:instrText>PAGE</w:instrText>
    </w:r>
    <w:r>
      <w:rPr>
        <w:rFonts w:hint="eastAsia"/>
      </w:rPr>
      <w:fldChar w:fldCharType="separate"/>
    </w:r>
    <w:r w:rsidR="00FC14D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0C2DF" w14:textId="77777777" w:rsidR="00D65CD8" w:rsidRDefault="00D65CD8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2B4407B" w14:textId="77777777" w:rsidR="00D65CD8" w:rsidRDefault="00D65CD8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1490714">
    <w:abstractNumId w:val="8"/>
  </w:num>
  <w:num w:numId="2" w16cid:durableId="405348789">
    <w:abstractNumId w:val="6"/>
  </w:num>
  <w:num w:numId="3" w16cid:durableId="913514719">
    <w:abstractNumId w:val="5"/>
  </w:num>
  <w:num w:numId="4" w16cid:durableId="1656569136">
    <w:abstractNumId w:val="4"/>
  </w:num>
  <w:num w:numId="5" w16cid:durableId="543830523">
    <w:abstractNumId w:val="7"/>
  </w:num>
  <w:num w:numId="6" w16cid:durableId="556819553">
    <w:abstractNumId w:val="3"/>
  </w:num>
  <w:num w:numId="7" w16cid:durableId="1440442761">
    <w:abstractNumId w:val="2"/>
  </w:num>
  <w:num w:numId="8" w16cid:durableId="1425610207">
    <w:abstractNumId w:val="1"/>
  </w:num>
  <w:num w:numId="9" w16cid:durableId="211813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F2739"/>
    <w:rsid w:val="0029639D"/>
    <w:rsid w:val="00326F90"/>
    <w:rsid w:val="00896E3A"/>
    <w:rsid w:val="00AA1D8D"/>
    <w:rsid w:val="00B47730"/>
    <w:rsid w:val="00CB0664"/>
    <w:rsid w:val="00D65CD8"/>
    <w:rsid w:val="00D81D89"/>
    <w:rsid w:val="00FC14D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2137E9"/>
  <w14:defaultImageDpi w14:val="300"/>
  <w15:docId w15:val="{BE3DB729-D952-43AB-A09F-1BF769D97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Aptos" w:hAnsi="Aptos"/>
      <w:color w:val="282D34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A3052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A3052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A3052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Quinter Auma</dc:creator>
  <cp:keywords/>
  <dc:description>generated by python-docx</dc:description>
  <cp:lastModifiedBy>Queen auma</cp:lastModifiedBy>
  <cp:revision>2</cp:revision>
  <dcterms:created xsi:type="dcterms:W3CDTF">2026-09-30T12:19:00Z</dcterms:created>
  <dcterms:modified xsi:type="dcterms:W3CDTF">2026-09-30T12:19:00Z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4a7a6044d8d489be8dc8e60922518e6706d79de36714c7d9f3f443fc9b960901</vt:lpwstr>
  </property>
</Properties>
</file>